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562088" cy="106893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professional_flyer_poster_in_a_realisti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