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ACZ AVTO PLUS d.o.o.</w:t>
        <w:br/>
      </w:r>
      <w:r>
        <w:rPr>
          <w:b/>
          <w:sz w:val="30"/>
        </w:rPr>
        <w:t>SPREMSTVO IZREDNIH PREVOZOV</w:t>
      </w:r>
    </w:p>
    <w:p>
      <w:pPr>
        <w:jc w:val="center"/>
      </w:pPr>
      <w:r>
        <w:rPr>
          <w:b/>
        </w:rPr>
        <w:t>VAŠA POT, NAŠA VARNOST.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80000" cy="97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high_quality_promotional_poster_flyer_for_a_veh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20"/>
        </w:rPr>
        <w:t>Izvajamo izključno spremstvo izrednih prevozov. Dovoljen za izredni prevoz ne urejamo – spremstvo nudimo prevozom, za katere že imate pridobljeno dovoljenje (dnevno, letno ali drugo).</w:t>
      </w:r>
    </w:p>
    <w:p>
      <w:pPr>
        <w:jc w:val="center"/>
      </w:pPr>
      <w:r>
        <w:rPr>
          <w:b/>
          <w:sz w:val="20"/>
        </w:rPr>
        <w:t>Mercedes-Benz V 250 d • dvižna svetlobna tabla • CB postaja • dodatna oprema • 5 let izkušenj</w:t>
      </w:r>
    </w:p>
    <w:p>
      <w:pPr>
        <w:jc w:val="center"/>
      </w:pPr>
      <w:r>
        <w:rPr>
          <w:b/>
          <w:sz w:val="20"/>
        </w:rPr>
        <w:t>031 553 822  •  prodaja@aczavto.com  •  Celjska cesta 43, 3270 Laško  •  SI67299563</w:t>
      </w:r>
    </w:p>
    <w:sectPr w:rsidR="00FC693F" w:rsidRPr="0006063C" w:rsidSect="00034616">
      <w:pgSz w:w="12240" w:h="15840"/>
      <w:pgMar w:top="397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